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C7C" w:rsidRPr="001D1D9B" w:rsidRDefault="00C57981" w:rsidP="001D1D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D9B">
        <w:rPr>
          <w:rFonts w:ascii="Times New Roman" w:hAnsi="Times New Roman" w:cs="Times New Roman"/>
          <w:b/>
          <w:sz w:val="28"/>
          <w:szCs w:val="28"/>
        </w:rPr>
        <w:t>C</w:t>
      </w:r>
      <w:r w:rsidRPr="001D1D9B">
        <w:rPr>
          <w:rFonts w:ascii="Times New Roman" w:hAnsi="Times New Roman" w:cs="Times New Roman"/>
          <w:b/>
          <w:sz w:val="28"/>
          <w:szCs w:val="28"/>
        </w:rPr>
        <w:t>Ộ</w:t>
      </w:r>
      <w:r w:rsidRPr="001D1D9B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1D1D9B">
        <w:rPr>
          <w:rFonts w:ascii="Times New Roman" w:hAnsi="Times New Roman" w:cs="Times New Roman"/>
          <w:b/>
          <w:sz w:val="28"/>
          <w:szCs w:val="28"/>
        </w:rPr>
        <w:t>Ộ</w:t>
      </w:r>
      <w:r w:rsidRPr="001D1D9B">
        <w:rPr>
          <w:rFonts w:ascii="Times New Roman" w:hAnsi="Times New Roman" w:cs="Times New Roman"/>
          <w:b/>
          <w:sz w:val="28"/>
          <w:szCs w:val="28"/>
        </w:rPr>
        <w:t>I CH</w:t>
      </w:r>
      <w:r w:rsidRPr="001D1D9B">
        <w:rPr>
          <w:rFonts w:ascii="Times New Roman" w:hAnsi="Times New Roman" w:cs="Times New Roman"/>
          <w:b/>
          <w:sz w:val="28"/>
          <w:szCs w:val="28"/>
        </w:rPr>
        <w:t>Ủ</w:t>
      </w:r>
      <w:r w:rsidRPr="001D1D9B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1D1D9B">
        <w:rPr>
          <w:rFonts w:ascii="Times New Roman" w:hAnsi="Times New Roman" w:cs="Times New Roman"/>
          <w:b/>
          <w:sz w:val="28"/>
          <w:szCs w:val="28"/>
        </w:rPr>
        <w:t>Ệ</w:t>
      </w:r>
      <w:r w:rsidRPr="001D1D9B">
        <w:rPr>
          <w:rFonts w:ascii="Times New Roman" w:hAnsi="Times New Roman" w:cs="Times New Roman"/>
          <w:b/>
          <w:sz w:val="28"/>
          <w:szCs w:val="28"/>
        </w:rPr>
        <w:t>T NAM</w:t>
      </w:r>
    </w:p>
    <w:p w:rsidR="00C76C7C" w:rsidRPr="001D1D9B" w:rsidRDefault="00C57981" w:rsidP="001D1D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D9B">
        <w:rPr>
          <w:rFonts w:ascii="Times New Roman" w:hAnsi="Times New Roman" w:cs="Times New Roman"/>
          <w:b/>
          <w:sz w:val="28"/>
          <w:szCs w:val="28"/>
        </w:rPr>
        <w:t>Đ</w:t>
      </w:r>
      <w:r w:rsidRPr="001D1D9B">
        <w:rPr>
          <w:rFonts w:ascii="Times New Roman" w:hAnsi="Times New Roman" w:cs="Times New Roman"/>
          <w:b/>
          <w:sz w:val="28"/>
          <w:szCs w:val="28"/>
        </w:rPr>
        <w:t>ộ</w:t>
      </w:r>
      <w:r w:rsidRPr="001D1D9B">
        <w:rPr>
          <w:rFonts w:ascii="Times New Roman" w:hAnsi="Times New Roman" w:cs="Times New Roman"/>
          <w:b/>
          <w:sz w:val="28"/>
          <w:szCs w:val="28"/>
        </w:rPr>
        <w:t>c l</w:t>
      </w:r>
      <w:r w:rsidRPr="001D1D9B">
        <w:rPr>
          <w:rFonts w:ascii="Times New Roman" w:hAnsi="Times New Roman" w:cs="Times New Roman"/>
          <w:b/>
          <w:sz w:val="28"/>
          <w:szCs w:val="28"/>
        </w:rPr>
        <w:t>ậ</w:t>
      </w:r>
      <w:r w:rsidRPr="001D1D9B">
        <w:rPr>
          <w:rFonts w:ascii="Times New Roman" w:hAnsi="Times New Roman" w:cs="Times New Roman"/>
          <w:b/>
          <w:sz w:val="28"/>
          <w:szCs w:val="28"/>
        </w:rPr>
        <w:t>p - T</w:t>
      </w:r>
      <w:r w:rsidRPr="001D1D9B">
        <w:rPr>
          <w:rFonts w:ascii="Times New Roman" w:hAnsi="Times New Roman" w:cs="Times New Roman"/>
          <w:b/>
          <w:sz w:val="28"/>
          <w:szCs w:val="28"/>
        </w:rPr>
        <w:t>ự</w:t>
      </w:r>
      <w:r w:rsidRPr="001D1D9B">
        <w:rPr>
          <w:rFonts w:ascii="Times New Roman" w:hAnsi="Times New Roman" w:cs="Times New Roman"/>
          <w:b/>
          <w:sz w:val="28"/>
          <w:szCs w:val="28"/>
        </w:rPr>
        <w:t xml:space="preserve"> do - H</w:t>
      </w:r>
      <w:r w:rsidRPr="001D1D9B">
        <w:rPr>
          <w:rFonts w:ascii="Times New Roman" w:hAnsi="Times New Roman" w:cs="Times New Roman"/>
          <w:b/>
          <w:sz w:val="28"/>
          <w:szCs w:val="28"/>
        </w:rPr>
        <w:t>ạ</w:t>
      </w:r>
      <w:r w:rsidRPr="001D1D9B">
        <w:rPr>
          <w:rFonts w:ascii="Times New Roman" w:hAnsi="Times New Roman" w:cs="Times New Roman"/>
          <w:b/>
          <w:sz w:val="28"/>
          <w:szCs w:val="28"/>
        </w:rPr>
        <w:t>nh phúc</w:t>
      </w:r>
      <w:r w:rsidR="001D1D9B" w:rsidRPr="001D1D9B">
        <w:rPr>
          <w:rFonts w:ascii="Times New Roman" w:hAnsi="Times New Roman" w:cs="Times New Roman"/>
          <w:b/>
          <w:sz w:val="28"/>
          <w:szCs w:val="28"/>
        </w:rPr>
        <w:br/>
      </w:r>
    </w:p>
    <w:p w:rsidR="00C76C7C" w:rsidRPr="001D1D9B" w:rsidRDefault="00C57981" w:rsidP="001D1D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D9B">
        <w:rPr>
          <w:rFonts w:ascii="Times New Roman" w:hAnsi="Times New Roman" w:cs="Times New Roman"/>
          <w:b/>
          <w:sz w:val="28"/>
          <w:szCs w:val="28"/>
        </w:rPr>
        <w:t>BIÊN B</w:t>
      </w:r>
      <w:r w:rsidRPr="001D1D9B">
        <w:rPr>
          <w:rFonts w:ascii="Times New Roman" w:hAnsi="Times New Roman" w:cs="Times New Roman"/>
          <w:b/>
          <w:sz w:val="28"/>
          <w:szCs w:val="28"/>
        </w:rPr>
        <w:t>Ả</w:t>
      </w:r>
      <w:r w:rsidRPr="001D1D9B">
        <w:rPr>
          <w:rFonts w:ascii="Times New Roman" w:hAnsi="Times New Roman" w:cs="Times New Roman"/>
          <w:b/>
          <w:sz w:val="28"/>
          <w:szCs w:val="28"/>
        </w:rPr>
        <w:t>N NGHI</w:t>
      </w:r>
      <w:r w:rsidRPr="001D1D9B">
        <w:rPr>
          <w:rFonts w:ascii="Times New Roman" w:hAnsi="Times New Roman" w:cs="Times New Roman"/>
          <w:b/>
          <w:sz w:val="28"/>
          <w:szCs w:val="28"/>
        </w:rPr>
        <w:t>Ệ</w:t>
      </w:r>
      <w:r w:rsidRPr="001D1D9B">
        <w:rPr>
          <w:rFonts w:ascii="Times New Roman" w:hAnsi="Times New Roman" w:cs="Times New Roman"/>
          <w:b/>
          <w:sz w:val="28"/>
          <w:szCs w:val="28"/>
        </w:rPr>
        <w:t>M THU K</w:t>
      </w:r>
      <w:r w:rsidRPr="001D1D9B">
        <w:rPr>
          <w:rFonts w:ascii="Times New Roman" w:hAnsi="Times New Roman" w:cs="Times New Roman"/>
          <w:b/>
          <w:sz w:val="28"/>
          <w:szCs w:val="28"/>
        </w:rPr>
        <w:t>Ế</w:t>
      </w:r>
      <w:r w:rsidRPr="001D1D9B">
        <w:rPr>
          <w:rFonts w:ascii="Times New Roman" w:hAnsi="Times New Roman" w:cs="Times New Roman"/>
          <w:b/>
          <w:sz w:val="28"/>
          <w:szCs w:val="28"/>
        </w:rPr>
        <w:t>T QU</w:t>
      </w:r>
      <w:r w:rsidRPr="001D1D9B">
        <w:rPr>
          <w:rFonts w:ascii="Times New Roman" w:hAnsi="Times New Roman" w:cs="Times New Roman"/>
          <w:b/>
          <w:sz w:val="28"/>
          <w:szCs w:val="28"/>
        </w:rPr>
        <w:t>Ả</w:t>
      </w:r>
      <w:r w:rsidRPr="001D1D9B">
        <w:rPr>
          <w:rFonts w:ascii="Times New Roman" w:hAnsi="Times New Roman" w:cs="Times New Roman"/>
          <w:b/>
          <w:sz w:val="28"/>
          <w:szCs w:val="28"/>
        </w:rPr>
        <w:t xml:space="preserve"> KH</w:t>
      </w:r>
      <w:r w:rsidRPr="001D1D9B">
        <w:rPr>
          <w:rFonts w:ascii="Times New Roman" w:hAnsi="Times New Roman" w:cs="Times New Roman"/>
          <w:b/>
          <w:sz w:val="28"/>
          <w:szCs w:val="28"/>
        </w:rPr>
        <w:t>Ả</w:t>
      </w:r>
      <w:r w:rsidRPr="001D1D9B">
        <w:rPr>
          <w:rFonts w:ascii="Times New Roman" w:hAnsi="Times New Roman" w:cs="Times New Roman"/>
          <w:b/>
          <w:sz w:val="28"/>
          <w:szCs w:val="28"/>
        </w:rPr>
        <w:t>O SÁT XÂY D</w:t>
      </w:r>
      <w:r w:rsidRPr="001D1D9B">
        <w:rPr>
          <w:rFonts w:ascii="Times New Roman" w:hAnsi="Times New Roman" w:cs="Times New Roman"/>
          <w:b/>
          <w:sz w:val="28"/>
          <w:szCs w:val="28"/>
        </w:rPr>
        <w:t>Ự</w:t>
      </w:r>
      <w:r w:rsidRPr="001D1D9B">
        <w:rPr>
          <w:rFonts w:ascii="Times New Roman" w:hAnsi="Times New Roman" w:cs="Times New Roman"/>
          <w:b/>
          <w:sz w:val="28"/>
          <w:szCs w:val="28"/>
        </w:rPr>
        <w:t>NG CÔNG TRÌNH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>Th</w:t>
      </w:r>
      <w:r w:rsidRPr="001D1D9B">
        <w:rPr>
          <w:rFonts w:ascii="Times New Roman" w:hAnsi="Times New Roman" w:cs="Times New Roman"/>
          <w:sz w:val="28"/>
          <w:szCs w:val="28"/>
        </w:rPr>
        <w:t>ờ</w:t>
      </w:r>
      <w:r w:rsidRPr="001D1D9B">
        <w:rPr>
          <w:rFonts w:ascii="Times New Roman" w:hAnsi="Times New Roman" w:cs="Times New Roman"/>
          <w:sz w:val="28"/>
          <w:szCs w:val="28"/>
        </w:rPr>
        <w:t>i gian: …… gi</w:t>
      </w:r>
      <w:r w:rsidRPr="001D1D9B">
        <w:rPr>
          <w:rFonts w:ascii="Times New Roman" w:hAnsi="Times New Roman" w:cs="Times New Roman"/>
          <w:sz w:val="28"/>
          <w:szCs w:val="28"/>
        </w:rPr>
        <w:t>ờ</w:t>
      </w:r>
      <w:r w:rsidRPr="001D1D9B">
        <w:rPr>
          <w:rFonts w:ascii="Times New Roman" w:hAnsi="Times New Roman" w:cs="Times New Roman"/>
          <w:sz w:val="28"/>
          <w:szCs w:val="28"/>
        </w:rPr>
        <w:t xml:space="preserve"> …… phút, ngày …… tháng …… năm ……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>Đ</w:t>
      </w:r>
      <w:r w:rsidRPr="001D1D9B">
        <w:rPr>
          <w:rFonts w:ascii="Times New Roman" w:hAnsi="Times New Roman" w:cs="Times New Roman"/>
          <w:sz w:val="28"/>
          <w:szCs w:val="28"/>
        </w:rPr>
        <w:t>ị</w:t>
      </w:r>
      <w:r w:rsidRPr="001D1D9B">
        <w:rPr>
          <w:rFonts w:ascii="Times New Roman" w:hAnsi="Times New Roman" w:cs="Times New Roman"/>
          <w:sz w:val="28"/>
          <w:szCs w:val="28"/>
        </w:rPr>
        <w:t>a đi</w:t>
      </w:r>
      <w:r w:rsidRPr="001D1D9B">
        <w:rPr>
          <w:rFonts w:ascii="Times New Roman" w:hAnsi="Times New Roman" w:cs="Times New Roman"/>
          <w:sz w:val="28"/>
          <w:szCs w:val="28"/>
        </w:rPr>
        <w:t>ể</w:t>
      </w:r>
      <w:r w:rsidRPr="001D1D9B">
        <w:rPr>
          <w:rFonts w:ascii="Times New Roman" w:hAnsi="Times New Roman" w:cs="Times New Roman"/>
          <w:sz w:val="28"/>
          <w:szCs w:val="28"/>
        </w:rPr>
        <w:t>m: ………………………………………………………………………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br/>
        <w:t>I. Thành ph</w:t>
      </w:r>
      <w:r w:rsidRPr="001D1D9B">
        <w:rPr>
          <w:rFonts w:ascii="Times New Roman" w:hAnsi="Times New Roman" w:cs="Times New Roman"/>
          <w:sz w:val="28"/>
          <w:szCs w:val="28"/>
        </w:rPr>
        <w:t>ầ</w:t>
      </w:r>
      <w:r w:rsidRPr="001D1D9B">
        <w:rPr>
          <w:rFonts w:ascii="Times New Roman" w:hAnsi="Times New Roman" w:cs="Times New Roman"/>
          <w:sz w:val="28"/>
          <w:szCs w:val="28"/>
        </w:rPr>
        <w:t xml:space="preserve">n </w:t>
      </w:r>
      <w:r w:rsidRPr="001D1D9B">
        <w:rPr>
          <w:rFonts w:ascii="Times New Roman" w:hAnsi="Times New Roman" w:cs="Times New Roman"/>
          <w:sz w:val="28"/>
          <w:szCs w:val="28"/>
        </w:rPr>
        <w:t>tham gia nghi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m thu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>1. Đ</w:t>
      </w:r>
      <w:r w:rsidRPr="001D1D9B">
        <w:rPr>
          <w:rFonts w:ascii="Times New Roman" w:hAnsi="Times New Roman" w:cs="Times New Roman"/>
          <w:sz w:val="28"/>
          <w:szCs w:val="28"/>
        </w:rPr>
        <w:t>ạ</w:t>
      </w:r>
      <w:r w:rsidRPr="001D1D9B">
        <w:rPr>
          <w:rFonts w:ascii="Times New Roman" w:hAnsi="Times New Roman" w:cs="Times New Roman"/>
          <w:sz w:val="28"/>
          <w:szCs w:val="28"/>
        </w:rPr>
        <w:t>i di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n Ch</w:t>
      </w:r>
      <w:r w:rsidRPr="001D1D9B">
        <w:rPr>
          <w:rFonts w:ascii="Times New Roman" w:hAnsi="Times New Roman" w:cs="Times New Roman"/>
          <w:sz w:val="28"/>
          <w:szCs w:val="28"/>
        </w:rPr>
        <w:t>ủ</w:t>
      </w:r>
      <w:r w:rsidRPr="001D1D9B">
        <w:rPr>
          <w:rFonts w:ascii="Times New Roman" w:hAnsi="Times New Roman" w:cs="Times New Roman"/>
          <w:sz w:val="28"/>
          <w:szCs w:val="28"/>
        </w:rPr>
        <w:t xml:space="preserve"> đ</w:t>
      </w:r>
      <w:r w:rsidRPr="001D1D9B">
        <w:rPr>
          <w:rFonts w:ascii="Times New Roman" w:hAnsi="Times New Roman" w:cs="Times New Roman"/>
          <w:sz w:val="28"/>
          <w:szCs w:val="28"/>
        </w:rPr>
        <w:t>ầ</w:t>
      </w:r>
      <w:r w:rsidRPr="001D1D9B">
        <w:rPr>
          <w:rFonts w:ascii="Times New Roman" w:hAnsi="Times New Roman" w:cs="Times New Roman"/>
          <w:sz w:val="28"/>
          <w:szCs w:val="28"/>
        </w:rPr>
        <w:t>u tư: ……………………………………………………………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>2. Đ</w:t>
      </w:r>
      <w:r w:rsidRPr="001D1D9B">
        <w:rPr>
          <w:rFonts w:ascii="Times New Roman" w:hAnsi="Times New Roman" w:cs="Times New Roman"/>
          <w:sz w:val="28"/>
          <w:szCs w:val="28"/>
        </w:rPr>
        <w:t>ạ</w:t>
      </w:r>
      <w:r w:rsidRPr="001D1D9B">
        <w:rPr>
          <w:rFonts w:ascii="Times New Roman" w:hAnsi="Times New Roman" w:cs="Times New Roman"/>
          <w:sz w:val="28"/>
          <w:szCs w:val="28"/>
        </w:rPr>
        <w:t>i di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n Đơn v</w:t>
      </w:r>
      <w:r w:rsidRPr="001D1D9B">
        <w:rPr>
          <w:rFonts w:ascii="Times New Roman" w:hAnsi="Times New Roman" w:cs="Times New Roman"/>
          <w:sz w:val="28"/>
          <w:szCs w:val="28"/>
        </w:rPr>
        <w:t>ị</w:t>
      </w:r>
      <w:r w:rsidRPr="001D1D9B">
        <w:rPr>
          <w:rFonts w:ascii="Times New Roman" w:hAnsi="Times New Roman" w:cs="Times New Roman"/>
          <w:sz w:val="28"/>
          <w:szCs w:val="28"/>
        </w:rPr>
        <w:t xml:space="preserve"> tư v</w:t>
      </w:r>
      <w:r w:rsidRPr="001D1D9B">
        <w:rPr>
          <w:rFonts w:ascii="Times New Roman" w:hAnsi="Times New Roman" w:cs="Times New Roman"/>
          <w:sz w:val="28"/>
          <w:szCs w:val="28"/>
        </w:rPr>
        <w:t>ấ</w:t>
      </w:r>
      <w:r w:rsidRPr="001D1D9B">
        <w:rPr>
          <w:rFonts w:ascii="Times New Roman" w:hAnsi="Times New Roman" w:cs="Times New Roman"/>
          <w:sz w:val="28"/>
          <w:szCs w:val="28"/>
        </w:rPr>
        <w:t>n giám sát kh</w:t>
      </w:r>
      <w:r w:rsidRPr="001D1D9B">
        <w:rPr>
          <w:rFonts w:ascii="Times New Roman" w:hAnsi="Times New Roman" w:cs="Times New Roman"/>
          <w:sz w:val="28"/>
          <w:szCs w:val="28"/>
        </w:rPr>
        <w:t>ả</w:t>
      </w:r>
      <w:r w:rsidRPr="001D1D9B">
        <w:rPr>
          <w:rFonts w:ascii="Times New Roman" w:hAnsi="Times New Roman" w:cs="Times New Roman"/>
          <w:sz w:val="28"/>
          <w:szCs w:val="28"/>
        </w:rPr>
        <w:t>o sát: ……………………………………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>3. Đ</w:t>
      </w:r>
      <w:r w:rsidRPr="001D1D9B">
        <w:rPr>
          <w:rFonts w:ascii="Times New Roman" w:hAnsi="Times New Roman" w:cs="Times New Roman"/>
          <w:sz w:val="28"/>
          <w:szCs w:val="28"/>
        </w:rPr>
        <w:t>ạ</w:t>
      </w:r>
      <w:r w:rsidRPr="001D1D9B">
        <w:rPr>
          <w:rFonts w:ascii="Times New Roman" w:hAnsi="Times New Roman" w:cs="Times New Roman"/>
          <w:sz w:val="28"/>
          <w:szCs w:val="28"/>
        </w:rPr>
        <w:t>i di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n Đơn v</w:t>
      </w:r>
      <w:r w:rsidRPr="001D1D9B">
        <w:rPr>
          <w:rFonts w:ascii="Times New Roman" w:hAnsi="Times New Roman" w:cs="Times New Roman"/>
          <w:sz w:val="28"/>
          <w:szCs w:val="28"/>
        </w:rPr>
        <w:t>ị</w:t>
      </w:r>
      <w:r w:rsidRPr="001D1D9B">
        <w:rPr>
          <w:rFonts w:ascii="Times New Roman" w:hAnsi="Times New Roman" w:cs="Times New Roman"/>
          <w:sz w:val="28"/>
          <w:szCs w:val="28"/>
        </w:rPr>
        <w:t xml:space="preserve"> kh</w:t>
      </w:r>
      <w:r w:rsidRPr="001D1D9B">
        <w:rPr>
          <w:rFonts w:ascii="Times New Roman" w:hAnsi="Times New Roman" w:cs="Times New Roman"/>
          <w:sz w:val="28"/>
          <w:szCs w:val="28"/>
        </w:rPr>
        <w:t>ả</w:t>
      </w:r>
      <w:r w:rsidRPr="001D1D9B">
        <w:rPr>
          <w:rFonts w:ascii="Times New Roman" w:hAnsi="Times New Roman" w:cs="Times New Roman"/>
          <w:sz w:val="28"/>
          <w:szCs w:val="28"/>
        </w:rPr>
        <w:t>o sát xây d</w:t>
      </w:r>
      <w:r w:rsidRPr="001D1D9B">
        <w:rPr>
          <w:rFonts w:ascii="Times New Roman" w:hAnsi="Times New Roman" w:cs="Times New Roman"/>
          <w:sz w:val="28"/>
          <w:szCs w:val="28"/>
        </w:rPr>
        <w:t>ự</w:t>
      </w:r>
      <w:r w:rsidRPr="001D1D9B">
        <w:rPr>
          <w:rFonts w:ascii="Times New Roman" w:hAnsi="Times New Roman" w:cs="Times New Roman"/>
          <w:sz w:val="28"/>
          <w:szCs w:val="28"/>
        </w:rPr>
        <w:t>ng: ……………………………………………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br/>
        <w:t>II. Căn c</w:t>
      </w:r>
      <w:r w:rsidRPr="001D1D9B">
        <w:rPr>
          <w:rFonts w:ascii="Times New Roman" w:hAnsi="Times New Roman" w:cs="Times New Roman"/>
          <w:sz w:val="28"/>
          <w:szCs w:val="28"/>
        </w:rPr>
        <w:t>ứ</w:t>
      </w:r>
      <w:r w:rsidRPr="001D1D9B">
        <w:rPr>
          <w:rFonts w:ascii="Times New Roman" w:hAnsi="Times New Roman" w:cs="Times New Roman"/>
          <w:sz w:val="28"/>
          <w:szCs w:val="28"/>
        </w:rPr>
        <w:t xml:space="preserve"> nghi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m thu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 xml:space="preserve"> - H</w:t>
      </w:r>
      <w:r w:rsidRPr="001D1D9B">
        <w:rPr>
          <w:rFonts w:ascii="Times New Roman" w:hAnsi="Times New Roman" w:cs="Times New Roman"/>
          <w:sz w:val="28"/>
          <w:szCs w:val="28"/>
        </w:rPr>
        <w:t>ợ</w:t>
      </w:r>
      <w:r w:rsidRPr="001D1D9B">
        <w:rPr>
          <w:rFonts w:ascii="Times New Roman" w:hAnsi="Times New Roman" w:cs="Times New Roman"/>
          <w:sz w:val="28"/>
          <w:szCs w:val="28"/>
        </w:rPr>
        <w:t>p đ</w:t>
      </w:r>
      <w:r w:rsidRPr="001D1D9B">
        <w:rPr>
          <w:rFonts w:ascii="Times New Roman" w:hAnsi="Times New Roman" w:cs="Times New Roman"/>
          <w:sz w:val="28"/>
          <w:szCs w:val="28"/>
        </w:rPr>
        <w:t>ồ</w:t>
      </w:r>
      <w:r w:rsidRPr="001D1D9B">
        <w:rPr>
          <w:rFonts w:ascii="Times New Roman" w:hAnsi="Times New Roman" w:cs="Times New Roman"/>
          <w:sz w:val="28"/>
          <w:szCs w:val="28"/>
        </w:rPr>
        <w:t>ng kh</w:t>
      </w:r>
      <w:r w:rsidRPr="001D1D9B">
        <w:rPr>
          <w:rFonts w:ascii="Times New Roman" w:hAnsi="Times New Roman" w:cs="Times New Roman"/>
          <w:sz w:val="28"/>
          <w:szCs w:val="28"/>
        </w:rPr>
        <w:t>ả</w:t>
      </w:r>
      <w:r w:rsidRPr="001D1D9B">
        <w:rPr>
          <w:rFonts w:ascii="Times New Roman" w:hAnsi="Times New Roman" w:cs="Times New Roman"/>
          <w:sz w:val="28"/>
          <w:szCs w:val="28"/>
        </w:rPr>
        <w:t>o sát s</w:t>
      </w:r>
      <w:r w:rsidRPr="001D1D9B">
        <w:rPr>
          <w:rFonts w:ascii="Times New Roman" w:hAnsi="Times New Roman" w:cs="Times New Roman"/>
          <w:sz w:val="28"/>
          <w:szCs w:val="28"/>
        </w:rPr>
        <w:t>ố</w:t>
      </w:r>
      <w:r w:rsidRPr="001D1D9B">
        <w:rPr>
          <w:rFonts w:ascii="Times New Roman" w:hAnsi="Times New Roman" w:cs="Times New Roman"/>
          <w:sz w:val="28"/>
          <w:szCs w:val="28"/>
        </w:rPr>
        <w:t>: …… ký ngày …… gi</w:t>
      </w:r>
      <w:r w:rsidRPr="001D1D9B">
        <w:rPr>
          <w:rFonts w:ascii="Times New Roman" w:hAnsi="Times New Roman" w:cs="Times New Roman"/>
          <w:sz w:val="28"/>
          <w:szCs w:val="28"/>
        </w:rPr>
        <w:t>ữ</w:t>
      </w:r>
      <w:r w:rsidRPr="001D1D9B">
        <w:rPr>
          <w:rFonts w:ascii="Times New Roman" w:hAnsi="Times New Roman" w:cs="Times New Roman"/>
          <w:sz w:val="28"/>
          <w:szCs w:val="28"/>
        </w:rPr>
        <w:t>a …… và</w:t>
      </w:r>
      <w:r w:rsidRPr="001D1D9B">
        <w:rPr>
          <w:rFonts w:ascii="Times New Roman" w:hAnsi="Times New Roman" w:cs="Times New Roman"/>
          <w:sz w:val="28"/>
          <w:szCs w:val="28"/>
        </w:rPr>
        <w:t xml:space="preserve"> ……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 xml:space="preserve"> - Nhi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m v</w:t>
      </w:r>
      <w:r w:rsidRPr="001D1D9B">
        <w:rPr>
          <w:rFonts w:ascii="Times New Roman" w:hAnsi="Times New Roman" w:cs="Times New Roman"/>
          <w:sz w:val="28"/>
          <w:szCs w:val="28"/>
        </w:rPr>
        <w:t>ụ</w:t>
      </w:r>
      <w:r w:rsidRPr="001D1D9B">
        <w:rPr>
          <w:rFonts w:ascii="Times New Roman" w:hAnsi="Times New Roman" w:cs="Times New Roman"/>
          <w:sz w:val="28"/>
          <w:szCs w:val="28"/>
        </w:rPr>
        <w:t xml:space="preserve"> kh</w:t>
      </w:r>
      <w:r w:rsidRPr="001D1D9B">
        <w:rPr>
          <w:rFonts w:ascii="Times New Roman" w:hAnsi="Times New Roman" w:cs="Times New Roman"/>
          <w:sz w:val="28"/>
          <w:szCs w:val="28"/>
        </w:rPr>
        <w:t>ả</w:t>
      </w:r>
      <w:r w:rsidRPr="001D1D9B">
        <w:rPr>
          <w:rFonts w:ascii="Times New Roman" w:hAnsi="Times New Roman" w:cs="Times New Roman"/>
          <w:sz w:val="28"/>
          <w:szCs w:val="28"/>
        </w:rPr>
        <w:t>o sát đã đư</w:t>
      </w:r>
      <w:r w:rsidRPr="001D1D9B">
        <w:rPr>
          <w:rFonts w:ascii="Times New Roman" w:hAnsi="Times New Roman" w:cs="Times New Roman"/>
          <w:sz w:val="28"/>
          <w:szCs w:val="28"/>
        </w:rPr>
        <w:t>ợ</w:t>
      </w:r>
      <w:r w:rsidRPr="001D1D9B">
        <w:rPr>
          <w:rFonts w:ascii="Times New Roman" w:hAnsi="Times New Roman" w:cs="Times New Roman"/>
          <w:sz w:val="28"/>
          <w:szCs w:val="28"/>
        </w:rPr>
        <w:t>c phê duy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t.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 xml:space="preserve"> - Các tiêu chu</w:t>
      </w:r>
      <w:r w:rsidRPr="001D1D9B">
        <w:rPr>
          <w:rFonts w:ascii="Times New Roman" w:hAnsi="Times New Roman" w:cs="Times New Roman"/>
          <w:sz w:val="28"/>
          <w:szCs w:val="28"/>
        </w:rPr>
        <w:t>ẩ</w:t>
      </w:r>
      <w:r w:rsidRPr="001D1D9B">
        <w:rPr>
          <w:rFonts w:ascii="Times New Roman" w:hAnsi="Times New Roman" w:cs="Times New Roman"/>
          <w:sz w:val="28"/>
          <w:szCs w:val="28"/>
        </w:rPr>
        <w:t>n, quy chu</w:t>
      </w:r>
      <w:r w:rsidRPr="001D1D9B">
        <w:rPr>
          <w:rFonts w:ascii="Times New Roman" w:hAnsi="Times New Roman" w:cs="Times New Roman"/>
          <w:sz w:val="28"/>
          <w:szCs w:val="28"/>
        </w:rPr>
        <w:t>ẩ</w:t>
      </w:r>
      <w:r w:rsidRPr="001D1D9B">
        <w:rPr>
          <w:rFonts w:ascii="Times New Roman" w:hAnsi="Times New Roman" w:cs="Times New Roman"/>
          <w:sz w:val="28"/>
          <w:szCs w:val="28"/>
        </w:rPr>
        <w:t>n k</w:t>
      </w:r>
      <w:r w:rsidRPr="001D1D9B">
        <w:rPr>
          <w:rFonts w:ascii="Times New Roman" w:hAnsi="Times New Roman" w:cs="Times New Roman"/>
          <w:sz w:val="28"/>
          <w:szCs w:val="28"/>
        </w:rPr>
        <w:t>ỹ</w:t>
      </w:r>
      <w:r w:rsidRPr="001D1D9B">
        <w:rPr>
          <w:rFonts w:ascii="Times New Roman" w:hAnsi="Times New Roman" w:cs="Times New Roman"/>
          <w:sz w:val="28"/>
          <w:szCs w:val="28"/>
        </w:rPr>
        <w:t xml:space="preserve"> thu</w:t>
      </w:r>
      <w:r w:rsidRPr="001D1D9B">
        <w:rPr>
          <w:rFonts w:ascii="Times New Roman" w:hAnsi="Times New Roman" w:cs="Times New Roman"/>
          <w:sz w:val="28"/>
          <w:szCs w:val="28"/>
        </w:rPr>
        <w:t>ậ</w:t>
      </w:r>
      <w:r w:rsidRPr="001D1D9B">
        <w:rPr>
          <w:rFonts w:ascii="Times New Roman" w:hAnsi="Times New Roman" w:cs="Times New Roman"/>
          <w:sz w:val="28"/>
          <w:szCs w:val="28"/>
        </w:rPr>
        <w:t>t áp d</w:t>
      </w:r>
      <w:r w:rsidRPr="001D1D9B">
        <w:rPr>
          <w:rFonts w:ascii="Times New Roman" w:hAnsi="Times New Roman" w:cs="Times New Roman"/>
          <w:sz w:val="28"/>
          <w:szCs w:val="28"/>
        </w:rPr>
        <w:t>ụ</w:t>
      </w:r>
      <w:r w:rsidRPr="001D1D9B">
        <w:rPr>
          <w:rFonts w:ascii="Times New Roman" w:hAnsi="Times New Roman" w:cs="Times New Roman"/>
          <w:sz w:val="28"/>
          <w:szCs w:val="28"/>
        </w:rPr>
        <w:t>ng: ………………………………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br/>
        <w:t>III. N</w:t>
      </w:r>
      <w:r w:rsidRPr="001D1D9B">
        <w:rPr>
          <w:rFonts w:ascii="Times New Roman" w:hAnsi="Times New Roman" w:cs="Times New Roman"/>
          <w:sz w:val="28"/>
          <w:szCs w:val="28"/>
        </w:rPr>
        <w:t>ộ</w:t>
      </w:r>
      <w:r w:rsidRPr="001D1D9B">
        <w:rPr>
          <w:rFonts w:ascii="Times New Roman" w:hAnsi="Times New Roman" w:cs="Times New Roman"/>
          <w:sz w:val="28"/>
          <w:szCs w:val="28"/>
        </w:rPr>
        <w:t>i dung nghi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m thu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>1. Ph</w:t>
      </w:r>
      <w:r w:rsidRPr="001D1D9B">
        <w:rPr>
          <w:rFonts w:ascii="Times New Roman" w:hAnsi="Times New Roman" w:cs="Times New Roman"/>
          <w:sz w:val="28"/>
          <w:szCs w:val="28"/>
        </w:rPr>
        <w:t>ạ</w:t>
      </w:r>
      <w:r w:rsidRPr="001D1D9B">
        <w:rPr>
          <w:rFonts w:ascii="Times New Roman" w:hAnsi="Times New Roman" w:cs="Times New Roman"/>
          <w:sz w:val="28"/>
          <w:szCs w:val="28"/>
        </w:rPr>
        <w:t>m vi, kh</w:t>
      </w:r>
      <w:r w:rsidRPr="001D1D9B">
        <w:rPr>
          <w:rFonts w:ascii="Times New Roman" w:hAnsi="Times New Roman" w:cs="Times New Roman"/>
          <w:sz w:val="28"/>
          <w:szCs w:val="28"/>
        </w:rPr>
        <w:t>ố</w:t>
      </w:r>
      <w:r w:rsidRPr="001D1D9B">
        <w:rPr>
          <w:rFonts w:ascii="Times New Roman" w:hAnsi="Times New Roman" w:cs="Times New Roman"/>
          <w:sz w:val="28"/>
          <w:szCs w:val="28"/>
        </w:rPr>
        <w:t>i lư</w:t>
      </w:r>
      <w:r w:rsidRPr="001D1D9B">
        <w:rPr>
          <w:rFonts w:ascii="Times New Roman" w:hAnsi="Times New Roman" w:cs="Times New Roman"/>
          <w:sz w:val="28"/>
          <w:szCs w:val="28"/>
        </w:rPr>
        <w:t>ợ</w:t>
      </w:r>
      <w:r w:rsidRPr="001D1D9B">
        <w:rPr>
          <w:rFonts w:ascii="Times New Roman" w:hAnsi="Times New Roman" w:cs="Times New Roman"/>
          <w:sz w:val="28"/>
          <w:szCs w:val="28"/>
        </w:rPr>
        <w:t>ng công vi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c kh</w:t>
      </w:r>
      <w:r w:rsidRPr="001D1D9B">
        <w:rPr>
          <w:rFonts w:ascii="Times New Roman" w:hAnsi="Times New Roman" w:cs="Times New Roman"/>
          <w:sz w:val="28"/>
          <w:szCs w:val="28"/>
        </w:rPr>
        <w:t>ả</w:t>
      </w:r>
      <w:r w:rsidRPr="001D1D9B">
        <w:rPr>
          <w:rFonts w:ascii="Times New Roman" w:hAnsi="Times New Roman" w:cs="Times New Roman"/>
          <w:sz w:val="28"/>
          <w:szCs w:val="28"/>
        </w:rPr>
        <w:t>o sát đã th</w:t>
      </w:r>
      <w:r w:rsidRPr="001D1D9B">
        <w:rPr>
          <w:rFonts w:ascii="Times New Roman" w:hAnsi="Times New Roman" w:cs="Times New Roman"/>
          <w:sz w:val="28"/>
          <w:szCs w:val="28"/>
        </w:rPr>
        <w:t>ự</w:t>
      </w:r>
      <w:r w:rsidRPr="001D1D9B">
        <w:rPr>
          <w:rFonts w:ascii="Times New Roman" w:hAnsi="Times New Roman" w:cs="Times New Roman"/>
          <w:sz w:val="28"/>
          <w:szCs w:val="28"/>
        </w:rPr>
        <w:t>c hi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n: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lastRenderedPageBreak/>
        <w:t xml:space="preserve">   - …………………………………………………………………………………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>2. H</w:t>
      </w:r>
      <w:r w:rsidRPr="001D1D9B">
        <w:rPr>
          <w:rFonts w:ascii="Times New Roman" w:hAnsi="Times New Roman" w:cs="Times New Roman"/>
          <w:sz w:val="28"/>
          <w:szCs w:val="28"/>
        </w:rPr>
        <w:t>ồ</w:t>
      </w:r>
      <w:r w:rsidRPr="001D1D9B">
        <w:rPr>
          <w:rFonts w:ascii="Times New Roman" w:hAnsi="Times New Roman" w:cs="Times New Roman"/>
          <w:sz w:val="28"/>
          <w:szCs w:val="28"/>
        </w:rPr>
        <w:t xml:space="preserve"> sơ, tài li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u kh</w:t>
      </w:r>
      <w:r w:rsidRPr="001D1D9B">
        <w:rPr>
          <w:rFonts w:ascii="Times New Roman" w:hAnsi="Times New Roman" w:cs="Times New Roman"/>
          <w:sz w:val="28"/>
          <w:szCs w:val="28"/>
        </w:rPr>
        <w:t>ả</w:t>
      </w:r>
      <w:r w:rsidRPr="001D1D9B">
        <w:rPr>
          <w:rFonts w:ascii="Times New Roman" w:hAnsi="Times New Roman" w:cs="Times New Roman"/>
          <w:sz w:val="28"/>
          <w:szCs w:val="28"/>
        </w:rPr>
        <w:t>o sát đư</w:t>
      </w:r>
      <w:r w:rsidRPr="001D1D9B">
        <w:rPr>
          <w:rFonts w:ascii="Times New Roman" w:hAnsi="Times New Roman" w:cs="Times New Roman"/>
          <w:sz w:val="28"/>
          <w:szCs w:val="28"/>
        </w:rPr>
        <w:t>ợ</w:t>
      </w:r>
      <w:r w:rsidRPr="001D1D9B">
        <w:rPr>
          <w:rFonts w:ascii="Times New Roman" w:hAnsi="Times New Roman" w:cs="Times New Roman"/>
          <w:sz w:val="28"/>
          <w:szCs w:val="28"/>
        </w:rPr>
        <w:t xml:space="preserve">c </w:t>
      </w:r>
      <w:r w:rsidRPr="001D1D9B">
        <w:rPr>
          <w:rFonts w:ascii="Times New Roman" w:hAnsi="Times New Roman" w:cs="Times New Roman"/>
          <w:sz w:val="28"/>
          <w:szCs w:val="28"/>
        </w:rPr>
        <w:t>nghi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m thu g</w:t>
      </w:r>
      <w:r w:rsidRPr="001D1D9B">
        <w:rPr>
          <w:rFonts w:ascii="Times New Roman" w:hAnsi="Times New Roman" w:cs="Times New Roman"/>
          <w:sz w:val="28"/>
          <w:szCs w:val="28"/>
        </w:rPr>
        <w:t>ồ</w:t>
      </w:r>
      <w:r w:rsidRPr="001D1D9B">
        <w:rPr>
          <w:rFonts w:ascii="Times New Roman" w:hAnsi="Times New Roman" w:cs="Times New Roman"/>
          <w:sz w:val="28"/>
          <w:szCs w:val="28"/>
        </w:rPr>
        <w:t>m: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 xml:space="preserve">   - …………………………………………………………………………………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>3. Đánh giá ch</w:t>
      </w:r>
      <w:r w:rsidRPr="001D1D9B">
        <w:rPr>
          <w:rFonts w:ascii="Times New Roman" w:hAnsi="Times New Roman" w:cs="Times New Roman"/>
          <w:sz w:val="28"/>
          <w:szCs w:val="28"/>
        </w:rPr>
        <w:t>ấ</w:t>
      </w:r>
      <w:r w:rsidRPr="001D1D9B">
        <w:rPr>
          <w:rFonts w:ascii="Times New Roman" w:hAnsi="Times New Roman" w:cs="Times New Roman"/>
          <w:sz w:val="28"/>
          <w:szCs w:val="28"/>
        </w:rPr>
        <w:t>t lư</w:t>
      </w:r>
      <w:r w:rsidRPr="001D1D9B">
        <w:rPr>
          <w:rFonts w:ascii="Times New Roman" w:hAnsi="Times New Roman" w:cs="Times New Roman"/>
          <w:sz w:val="28"/>
          <w:szCs w:val="28"/>
        </w:rPr>
        <w:t>ợ</w:t>
      </w:r>
      <w:r w:rsidRPr="001D1D9B">
        <w:rPr>
          <w:rFonts w:ascii="Times New Roman" w:hAnsi="Times New Roman" w:cs="Times New Roman"/>
          <w:sz w:val="28"/>
          <w:szCs w:val="28"/>
        </w:rPr>
        <w:t>ng công vi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c kh</w:t>
      </w:r>
      <w:r w:rsidRPr="001D1D9B">
        <w:rPr>
          <w:rFonts w:ascii="Times New Roman" w:hAnsi="Times New Roman" w:cs="Times New Roman"/>
          <w:sz w:val="28"/>
          <w:szCs w:val="28"/>
        </w:rPr>
        <w:t>ả</w:t>
      </w:r>
      <w:r w:rsidRPr="001D1D9B">
        <w:rPr>
          <w:rFonts w:ascii="Times New Roman" w:hAnsi="Times New Roman" w:cs="Times New Roman"/>
          <w:sz w:val="28"/>
          <w:szCs w:val="28"/>
        </w:rPr>
        <w:t>o sát: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 xml:space="preserve">   - …………………………………………………………………………………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br/>
        <w:t>IV. K</w:t>
      </w:r>
      <w:r w:rsidRPr="001D1D9B">
        <w:rPr>
          <w:rFonts w:ascii="Times New Roman" w:hAnsi="Times New Roman" w:cs="Times New Roman"/>
          <w:sz w:val="28"/>
          <w:szCs w:val="28"/>
        </w:rPr>
        <w:t>ế</w:t>
      </w:r>
      <w:r w:rsidRPr="001D1D9B">
        <w:rPr>
          <w:rFonts w:ascii="Times New Roman" w:hAnsi="Times New Roman" w:cs="Times New Roman"/>
          <w:sz w:val="28"/>
          <w:szCs w:val="28"/>
        </w:rPr>
        <w:t>t lu</w:t>
      </w:r>
      <w:r w:rsidRPr="001D1D9B">
        <w:rPr>
          <w:rFonts w:ascii="Times New Roman" w:hAnsi="Times New Roman" w:cs="Times New Roman"/>
          <w:sz w:val="28"/>
          <w:szCs w:val="28"/>
        </w:rPr>
        <w:t>ậ</w:t>
      </w:r>
      <w:r w:rsidRPr="001D1D9B">
        <w:rPr>
          <w:rFonts w:ascii="Times New Roman" w:hAnsi="Times New Roman" w:cs="Times New Roman"/>
          <w:sz w:val="28"/>
          <w:szCs w:val="28"/>
        </w:rPr>
        <w:t>n nghi</w:t>
      </w:r>
      <w:r w:rsidRPr="001D1D9B">
        <w:rPr>
          <w:rFonts w:ascii="Times New Roman" w:hAnsi="Times New Roman" w:cs="Times New Roman"/>
          <w:sz w:val="28"/>
          <w:szCs w:val="28"/>
        </w:rPr>
        <w:t>ệ</w:t>
      </w:r>
      <w:r w:rsidRPr="001D1D9B">
        <w:rPr>
          <w:rFonts w:ascii="Times New Roman" w:hAnsi="Times New Roman" w:cs="Times New Roman"/>
          <w:sz w:val="28"/>
          <w:szCs w:val="28"/>
        </w:rPr>
        <w:t>m thu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 xml:space="preserve"> - K</w:t>
      </w:r>
      <w:r w:rsidRPr="001D1D9B">
        <w:rPr>
          <w:rFonts w:ascii="Times New Roman" w:hAnsi="Times New Roman" w:cs="Times New Roman"/>
          <w:sz w:val="28"/>
          <w:szCs w:val="28"/>
        </w:rPr>
        <w:t>ế</w:t>
      </w:r>
      <w:r w:rsidRPr="001D1D9B">
        <w:rPr>
          <w:rFonts w:ascii="Times New Roman" w:hAnsi="Times New Roman" w:cs="Times New Roman"/>
          <w:sz w:val="28"/>
          <w:szCs w:val="28"/>
        </w:rPr>
        <w:t>t qu</w:t>
      </w:r>
      <w:r w:rsidRPr="001D1D9B">
        <w:rPr>
          <w:rFonts w:ascii="Times New Roman" w:hAnsi="Times New Roman" w:cs="Times New Roman"/>
          <w:sz w:val="28"/>
          <w:szCs w:val="28"/>
        </w:rPr>
        <w:t>ả</w:t>
      </w:r>
      <w:r w:rsidRPr="001D1D9B">
        <w:rPr>
          <w:rFonts w:ascii="Times New Roman" w:hAnsi="Times New Roman" w:cs="Times New Roman"/>
          <w:sz w:val="28"/>
          <w:szCs w:val="28"/>
        </w:rPr>
        <w:t xml:space="preserve"> kh</w:t>
      </w:r>
      <w:r w:rsidRPr="001D1D9B">
        <w:rPr>
          <w:rFonts w:ascii="Times New Roman" w:hAnsi="Times New Roman" w:cs="Times New Roman"/>
          <w:sz w:val="28"/>
          <w:szCs w:val="28"/>
        </w:rPr>
        <w:t>ả</w:t>
      </w:r>
      <w:r w:rsidRPr="001D1D9B">
        <w:rPr>
          <w:rFonts w:ascii="Times New Roman" w:hAnsi="Times New Roman" w:cs="Times New Roman"/>
          <w:sz w:val="28"/>
          <w:szCs w:val="28"/>
        </w:rPr>
        <w:t>o sát [Đ</w:t>
      </w:r>
      <w:r w:rsidRPr="001D1D9B">
        <w:rPr>
          <w:rFonts w:ascii="Times New Roman" w:hAnsi="Times New Roman" w:cs="Times New Roman"/>
          <w:sz w:val="28"/>
          <w:szCs w:val="28"/>
        </w:rPr>
        <w:t>ạ</w:t>
      </w:r>
      <w:r w:rsidRPr="001D1D9B">
        <w:rPr>
          <w:rFonts w:ascii="Times New Roman" w:hAnsi="Times New Roman" w:cs="Times New Roman"/>
          <w:sz w:val="28"/>
          <w:szCs w:val="28"/>
        </w:rPr>
        <w:t>t/Không đ</w:t>
      </w:r>
      <w:r w:rsidRPr="001D1D9B">
        <w:rPr>
          <w:rFonts w:ascii="Times New Roman" w:hAnsi="Times New Roman" w:cs="Times New Roman"/>
          <w:sz w:val="28"/>
          <w:szCs w:val="28"/>
        </w:rPr>
        <w:t>ạ</w:t>
      </w:r>
      <w:r w:rsidRPr="001D1D9B">
        <w:rPr>
          <w:rFonts w:ascii="Times New Roman" w:hAnsi="Times New Roman" w:cs="Times New Roman"/>
          <w:sz w:val="28"/>
          <w:szCs w:val="28"/>
        </w:rPr>
        <w:t>t] yêu c</w:t>
      </w:r>
      <w:r w:rsidRPr="001D1D9B">
        <w:rPr>
          <w:rFonts w:ascii="Times New Roman" w:hAnsi="Times New Roman" w:cs="Times New Roman"/>
          <w:sz w:val="28"/>
          <w:szCs w:val="28"/>
        </w:rPr>
        <w:t>ầ</w:t>
      </w:r>
      <w:r w:rsidRPr="001D1D9B">
        <w:rPr>
          <w:rFonts w:ascii="Times New Roman" w:hAnsi="Times New Roman" w:cs="Times New Roman"/>
          <w:sz w:val="28"/>
          <w:szCs w:val="28"/>
        </w:rPr>
        <w:t>u.</w:t>
      </w:r>
      <w:bookmarkStart w:id="0" w:name="_GoBack"/>
      <w:bookmarkEnd w:id="0"/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 xml:space="preserve"> - Yêu c</w:t>
      </w:r>
      <w:r w:rsidRPr="001D1D9B">
        <w:rPr>
          <w:rFonts w:ascii="Times New Roman" w:hAnsi="Times New Roman" w:cs="Times New Roman"/>
          <w:sz w:val="28"/>
          <w:szCs w:val="28"/>
        </w:rPr>
        <w:t>ầ</w:t>
      </w:r>
      <w:r w:rsidRPr="001D1D9B">
        <w:rPr>
          <w:rFonts w:ascii="Times New Roman" w:hAnsi="Times New Roman" w:cs="Times New Roman"/>
          <w:sz w:val="28"/>
          <w:szCs w:val="28"/>
        </w:rPr>
        <w:t>u b</w:t>
      </w:r>
      <w:r w:rsidRPr="001D1D9B">
        <w:rPr>
          <w:rFonts w:ascii="Times New Roman" w:hAnsi="Times New Roman" w:cs="Times New Roman"/>
          <w:sz w:val="28"/>
          <w:szCs w:val="28"/>
        </w:rPr>
        <w:t>ổ</w:t>
      </w:r>
      <w:r w:rsidRPr="001D1D9B">
        <w:rPr>
          <w:rFonts w:ascii="Times New Roman" w:hAnsi="Times New Roman" w:cs="Times New Roman"/>
          <w:sz w:val="28"/>
          <w:szCs w:val="28"/>
        </w:rPr>
        <w:t xml:space="preserve"> sung, ch</w:t>
      </w:r>
      <w:r w:rsidRPr="001D1D9B">
        <w:rPr>
          <w:rFonts w:ascii="Times New Roman" w:hAnsi="Times New Roman" w:cs="Times New Roman"/>
          <w:sz w:val="28"/>
          <w:szCs w:val="28"/>
        </w:rPr>
        <w:t>ỉ</w:t>
      </w:r>
      <w:r w:rsidRPr="001D1D9B">
        <w:rPr>
          <w:rFonts w:ascii="Times New Roman" w:hAnsi="Times New Roman" w:cs="Times New Roman"/>
          <w:sz w:val="28"/>
          <w:szCs w:val="28"/>
        </w:rPr>
        <w:t>nh s</w:t>
      </w:r>
      <w:r w:rsidRPr="001D1D9B">
        <w:rPr>
          <w:rFonts w:ascii="Times New Roman" w:hAnsi="Times New Roman" w:cs="Times New Roman"/>
          <w:sz w:val="28"/>
          <w:szCs w:val="28"/>
        </w:rPr>
        <w:t>ử</w:t>
      </w:r>
      <w:r w:rsidRPr="001D1D9B">
        <w:rPr>
          <w:rFonts w:ascii="Times New Roman" w:hAnsi="Times New Roman" w:cs="Times New Roman"/>
          <w:sz w:val="28"/>
          <w:szCs w:val="28"/>
        </w:rPr>
        <w:t>a (n</w:t>
      </w:r>
      <w:r w:rsidRPr="001D1D9B">
        <w:rPr>
          <w:rFonts w:ascii="Times New Roman" w:hAnsi="Times New Roman" w:cs="Times New Roman"/>
          <w:sz w:val="28"/>
          <w:szCs w:val="28"/>
        </w:rPr>
        <w:t>ế</w:t>
      </w:r>
      <w:r w:rsidRPr="001D1D9B">
        <w:rPr>
          <w:rFonts w:ascii="Times New Roman" w:hAnsi="Times New Roman" w:cs="Times New Roman"/>
          <w:sz w:val="28"/>
          <w:szCs w:val="28"/>
        </w:rPr>
        <w:t>u có): …………………………………</w:t>
      </w:r>
      <w:r w:rsidRPr="001D1D9B">
        <w:rPr>
          <w:rFonts w:ascii="Times New Roman" w:hAnsi="Times New Roman" w:cs="Times New Roman"/>
          <w:sz w:val="28"/>
          <w:szCs w:val="28"/>
        </w:rPr>
        <w:t>………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t xml:space="preserve"> - Ch</w:t>
      </w:r>
      <w:r w:rsidRPr="001D1D9B">
        <w:rPr>
          <w:rFonts w:ascii="Times New Roman" w:hAnsi="Times New Roman" w:cs="Times New Roman"/>
          <w:sz w:val="28"/>
          <w:szCs w:val="28"/>
        </w:rPr>
        <w:t>ấ</w:t>
      </w:r>
      <w:r w:rsidRPr="001D1D9B">
        <w:rPr>
          <w:rFonts w:ascii="Times New Roman" w:hAnsi="Times New Roman" w:cs="Times New Roman"/>
          <w:sz w:val="28"/>
          <w:szCs w:val="28"/>
        </w:rPr>
        <w:t>p thu</w:t>
      </w:r>
      <w:r w:rsidRPr="001D1D9B">
        <w:rPr>
          <w:rFonts w:ascii="Times New Roman" w:hAnsi="Times New Roman" w:cs="Times New Roman"/>
          <w:sz w:val="28"/>
          <w:szCs w:val="28"/>
        </w:rPr>
        <w:t>ậ</w:t>
      </w:r>
      <w:r w:rsidRPr="001D1D9B">
        <w:rPr>
          <w:rFonts w:ascii="Times New Roman" w:hAnsi="Times New Roman" w:cs="Times New Roman"/>
          <w:sz w:val="28"/>
          <w:szCs w:val="28"/>
        </w:rPr>
        <w:t>n k</w:t>
      </w:r>
      <w:r w:rsidRPr="001D1D9B">
        <w:rPr>
          <w:rFonts w:ascii="Times New Roman" w:hAnsi="Times New Roman" w:cs="Times New Roman"/>
          <w:sz w:val="28"/>
          <w:szCs w:val="28"/>
        </w:rPr>
        <w:t>ế</w:t>
      </w:r>
      <w:r w:rsidRPr="001D1D9B">
        <w:rPr>
          <w:rFonts w:ascii="Times New Roman" w:hAnsi="Times New Roman" w:cs="Times New Roman"/>
          <w:sz w:val="28"/>
          <w:szCs w:val="28"/>
        </w:rPr>
        <w:t>t qu</w:t>
      </w:r>
      <w:r w:rsidRPr="001D1D9B">
        <w:rPr>
          <w:rFonts w:ascii="Times New Roman" w:hAnsi="Times New Roman" w:cs="Times New Roman"/>
          <w:sz w:val="28"/>
          <w:szCs w:val="28"/>
        </w:rPr>
        <w:t>ả</w:t>
      </w:r>
      <w:r w:rsidRPr="001D1D9B">
        <w:rPr>
          <w:rFonts w:ascii="Times New Roman" w:hAnsi="Times New Roman" w:cs="Times New Roman"/>
          <w:sz w:val="28"/>
          <w:szCs w:val="28"/>
        </w:rPr>
        <w:t xml:space="preserve"> kh</w:t>
      </w:r>
      <w:r w:rsidRPr="001D1D9B">
        <w:rPr>
          <w:rFonts w:ascii="Times New Roman" w:hAnsi="Times New Roman" w:cs="Times New Roman"/>
          <w:sz w:val="28"/>
          <w:szCs w:val="28"/>
        </w:rPr>
        <w:t>ả</w:t>
      </w:r>
      <w:r w:rsidRPr="001D1D9B">
        <w:rPr>
          <w:rFonts w:ascii="Times New Roman" w:hAnsi="Times New Roman" w:cs="Times New Roman"/>
          <w:sz w:val="28"/>
          <w:szCs w:val="28"/>
        </w:rPr>
        <w:t>o sát đ</w:t>
      </w:r>
      <w:r w:rsidRPr="001D1D9B">
        <w:rPr>
          <w:rFonts w:ascii="Times New Roman" w:hAnsi="Times New Roman" w:cs="Times New Roman"/>
          <w:sz w:val="28"/>
          <w:szCs w:val="28"/>
        </w:rPr>
        <w:t>ể</w:t>
      </w:r>
      <w:r w:rsidRPr="001D1D9B">
        <w:rPr>
          <w:rFonts w:ascii="Times New Roman" w:hAnsi="Times New Roman" w:cs="Times New Roman"/>
          <w:sz w:val="28"/>
          <w:szCs w:val="28"/>
        </w:rPr>
        <w:t xml:space="preserve"> làm cơ s</w:t>
      </w:r>
      <w:r w:rsidRPr="001D1D9B">
        <w:rPr>
          <w:rFonts w:ascii="Times New Roman" w:hAnsi="Times New Roman" w:cs="Times New Roman"/>
          <w:sz w:val="28"/>
          <w:szCs w:val="28"/>
        </w:rPr>
        <w:t>ở</w:t>
      </w:r>
      <w:r w:rsidRPr="001D1D9B">
        <w:rPr>
          <w:rFonts w:ascii="Times New Roman" w:hAnsi="Times New Roman" w:cs="Times New Roman"/>
          <w:sz w:val="28"/>
          <w:szCs w:val="28"/>
        </w:rPr>
        <w:t xml:space="preserve"> l</w:t>
      </w:r>
      <w:r w:rsidRPr="001D1D9B">
        <w:rPr>
          <w:rFonts w:ascii="Times New Roman" w:hAnsi="Times New Roman" w:cs="Times New Roman"/>
          <w:sz w:val="28"/>
          <w:szCs w:val="28"/>
        </w:rPr>
        <w:t>ậ</w:t>
      </w:r>
      <w:r w:rsidRPr="001D1D9B">
        <w:rPr>
          <w:rFonts w:ascii="Times New Roman" w:hAnsi="Times New Roman" w:cs="Times New Roman"/>
          <w:sz w:val="28"/>
          <w:szCs w:val="28"/>
        </w:rPr>
        <w:t>p thi</w:t>
      </w:r>
      <w:r w:rsidRPr="001D1D9B">
        <w:rPr>
          <w:rFonts w:ascii="Times New Roman" w:hAnsi="Times New Roman" w:cs="Times New Roman"/>
          <w:sz w:val="28"/>
          <w:szCs w:val="28"/>
        </w:rPr>
        <w:t>ế</w:t>
      </w:r>
      <w:r w:rsidRPr="001D1D9B">
        <w:rPr>
          <w:rFonts w:ascii="Times New Roman" w:hAnsi="Times New Roman" w:cs="Times New Roman"/>
          <w:sz w:val="28"/>
          <w:szCs w:val="28"/>
        </w:rPr>
        <w:t>t k</w:t>
      </w:r>
      <w:r w:rsidRPr="001D1D9B">
        <w:rPr>
          <w:rFonts w:ascii="Times New Roman" w:hAnsi="Times New Roman" w:cs="Times New Roman"/>
          <w:sz w:val="28"/>
          <w:szCs w:val="28"/>
        </w:rPr>
        <w:t>ế</w:t>
      </w:r>
      <w:r w:rsidRPr="001D1D9B">
        <w:rPr>
          <w:rFonts w:ascii="Times New Roman" w:hAnsi="Times New Roman" w:cs="Times New Roman"/>
          <w:sz w:val="28"/>
          <w:szCs w:val="28"/>
        </w:rPr>
        <w:t xml:space="preserve"> xây d</w:t>
      </w:r>
      <w:r w:rsidRPr="001D1D9B">
        <w:rPr>
          <w:rFonts w:ascii="Times New Roman" w:hAnsi="Times New Roman" w:cs="Times New Roman"/>
          <w:sz w:val="28"/>
          <w:szCs w:val="28"/>
        </w:rPr>
        <w:t>ự</w:t>
      </w:r>
      <w:r w:rsidRPr="001D1D9B">
        <w:rPr>
          <w:rFonts w:ascii="Times New Roman" w:hAnsi="Times New Roman" w:cs="Times New Roman"/>
          <w:sz w:val="28"/>
          <w:szCs w:val="28"/>
        </w:rPr>
        <w:t>ng.</w:t>
      </w:r>
    </w:p>
    <w:p w:rsidR="00C76C7C" w:rsidRPr="001D1D9B" w:rsidRDefault="00C57981">
      <w:pPr>
        <w:rPr>
          <w:rFonts w:ascii="Times New Roman" w:hAnsi="Times New Roman" w:cs="Times New Roman"/>
          <w:sz w:val="28"/>
          <w:szCs w:val="28"/>
        </w:rPr>
      </w:pPr>
      <w:r w:rsidRPr="001D1D9B">
        <w:rPr>
          <w:rFonts w:ascii="Times New Roman" w:hAnsi="Times New Roman" w:cs="Times New Roman"/>
          <w:sz w:val="28"/>
          <w:szCs w:val="28"/>
        </w:rPr>
        <w:br/>
        <w:t>V. Ch</w:t>
      </w:r>
      <w:r w:rsidRPr="001D1D9B">
        <w:rPr>
          <w:rFonts w:ascii="Times New Roman" w:hAnsi="Times New Roman" w:cs="Times New Roman"/>
          <w:sz w:val="28"/>
          <w:szCs w:val="28"/>
        </w:rPr>
        <w:t>ữ</w:t>
      </w:r>
      <w:r w:rsidRPr="001D1D9B">
        <w:rPr>
          <w:rFonts w:ascii="Times New Roman" w:hAnsi="Times New Roman" w:cs="Times New Roman"/>
          <w:sz w:val="28"/>
          <w:szCs w:val="28"/>
        </w:rPr>
        <w:t xml:space="preserve"> ký xác nh</w:t>
      </w:r>
      <w:r w:rsidRPr="001D1D9B">
        <w:rPr>
          <w:rFonts w:ascii="Times New Roman" w:hAnsi="Times New Roman" w:cs="Times New Roman"/>
          <w:sz w:val="28"/>
          <w:szCs w:val="28"/>
        </w:rPr>
        <w:t>ậ</w:t>
      </w:r>
      <w:r w:rsidRPr="001D1D9B">
        <w:rPr>
          <w:rFonts w:ascii="Times New Roman" w:hAnsi="Times New Roman" w:cs="Times New Roman"/>
          <w:sz w:val="28"/>
          <w:szCs w:val="28"/>
        </w:rPr>
        <w:t>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C76C7C" w:rsidRPr="001D1D9B">
        <w:tc>
          <w:tcPr>
            <w:tcW w:w="2880" w:type="dxa"/>
          </w:tcPr>
          <w:p w:rsidR="00C76C7C" w:rsidRPr="001D1D9B" w:rsidRDefault="00C579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Đ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Ạ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I DI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Ệ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N CH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Ủ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Đ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Ầ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U TƯ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(Ký, ghi rõ h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ọ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tên, ch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ứ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c v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ụ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, đóng d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ấ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u)</w:t>
            </w:r>
          </w:p>
        </w:tc>
        <w:tc>
          <w:tcPr>
            <w:tcW w:w="2880" w:type="dxa"/>
          </w:tcPr>
          <w:p w:rsidR="00C76C7C" w:rsidRPr="001D1D9B" w:rsidRDefault="00C579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Đ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Ạ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I DI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Ệ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N TƯ V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Ấ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N GIÁM SÁT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(Ký, ghi rõ h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ọ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tên, ch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ứ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c v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ụ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, đóng d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ấ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u)</w:t>
            </w:r>
          </w:p>
        </w:tc>
        <w:tc>
          <w:tcPr>
            <w:tcW w:w="2880" w:type="dxa"/>
          </w:tcPr>
          <w:p w:rsidR="00C76C7C" w:rsidRPr="001D1D9B" w:rsidRDefault="00C579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Đ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Ạ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I DI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Ệ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N ĐƠN V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Ị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KH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Ả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O SÁT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(Ký, ghi rõ h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ọ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tên, ch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ứ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c v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ụ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, đóng d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ấ</w:t>
            </w:r>
            <w:r w:rsidRPr="001D1D9B">
              <w:rPr>
                <w:rFonts w:ascii="Times New Roman" w:hAnsi="Times New Roman" w:cs="Times New Roman"/>
                <w:b/>
                <w:sz w:val="28"/>
                <w:szCs w:val="28"/>
              </w:rPr>
              <w:t>u)</w:t>
            </w:r>
          </w:p>
        </w:tc>
      </w:tr>
    </w:tbl>
    <w:p w:rsidR="00C57981" w:rsidRPr="001D1D9B" w:rsidRDefault="00C57981">
      <w:pPr>
        <w:rPr>
          <w:rFonts w:ascii="Times New Roman" w:hAnsi="Times New Roman" w:cs="Times New Roman"/>
          <w:sz w:val="28"/>
          <w:szCs w:val="28"/>
        </w:rPr>
      </w:pPr>
    </w:p>
    <w:sectPr w:rsidR="00C57981" w:rsidRPr="001D1D9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1D9B"/>
    <w:rsid w:val="0029639D"/>
    <w:rsid w:val="00326F90"/>
    <w:rsid w:val="00AA1D8D"/>
    <w:rsid w:val="00B47730"/>
    <w:rsid w:val="00C57981"/>
    <w:rsid w:val="00C76C7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44D35182-2943-477B-B02A-F53744097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D6329C-40C7-41F3-BF15-01B5F7F9F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2025-09-16T04:18:00Z</dcterms:created>
  <dcterms:modified xsi:type="dcterms:W3CDTF">2025-09-16T04:18:00Z</dcterms:modified>
  <cp:category/>
</cp:coreProperties>
</file>